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51CF53" w14:textId="62288C03" w:rsidR="00D87961" w:rsidRDefault="00D87961" w:rsidP="00D87961">
      <w:pPr>
        <w:pStyle w:val="KonuBal"/>
        <w:jc w:val="right"/>
      </w:pPr>
      <w:r w:rsidRPr="00D87961">
        <w:rPr>
          <w:noProof/>
        </w:rPr>
        <mc:AlternateContent>
          <mc:Choice Requires="wpg">
            <w:drawing>
              <wp:anchor distT="0" distB="0" distL="114300" distR="114300" simplePos="0" relativeHeight="251659776" behindDoc="0" locked="0" layoutInCell="1" allowOverlap="1" wp14:anchorId="710E6510" wp14:editId="2A4048D7">
                <wp:simplePos x="0" y="0"/>
                <wp:positionH relativeFrom="column">
                  <wp:posOffset>57150</wp:posOffset>
                </wp:positionH>
                <wp:positionV relativeFrom="paragraph">
                  <wp:posOffset>-69917</wp:posOffset>
                </wp:positionV>
                <wp:extent cx="1003300" cy="984250"/>
                <wp:effectExtent l="0" t="0" r="6350" b="25400"/>
                <wp:wrapNone/>
                <wp:docPr id="9" name="Grup 8">
                  <a:extLst xmlns:a="http://schemas.openxmlformats.org/drawingml/2006/main">
                    <a:ext uri="{FF2B5EF4-FFF2-40B4-BE49-F238E27FC236}">
                      <a16:creationId xmlns:a16="http://schemas.microsoft.com/office/drawing/2014/main" id="{4D40EBFE-85B5-C38C-126A-3EB4E6954771}"/>
                    </a:ext>
                  </a:extLst>
                </wp:docPr>
                <wp:cNvGraphicFramePr/>
                <a:graphic xmlns:a="http://schemas.openxmlformats.org/drawingml/2006/main">
                  <a:graphicData uri="http://schemas.microsoft.com/office/word/2010/wordprocessingGroup">
                    <wpg:wgp>
                      <wpg:cNvGrpSpPr/>
                      <wpg:grpSpPr>
                        <a:xfrm>
                          <a:off x="0" y="0"/>
                          <a:ext cx="1003300" cy="984250"/>
                          <a:chOff x="0" y="0"/>
                          <a:chExt cx="2209800" cy="2357254"/>
                        </a:xfrm>
                      </wpg:grpSpPr>
                      <pic:pic xmlns:pic="http://schemas.openxmlformats.org/drawingml/2006/picture">
                        <pic:nvPicPr>
                          <pic:cNvPr id="320698510" name="Resim 320698510">
                            <a:extLst>
                              <a:ext uri="{FF2B5EF4-FFF2-40B4-BE49-F238E27FC236}">
                                <a16:creationId xmlns:a16="http://schemas.microsoft.com/office/drawing/2014/main" id="{4DD73B59-5EFD-CA0B-7B81-2CB0488DD354}"/>
                              </a:ext>
                            </a:extLst>
                          </pic:cNvPr>
                          <pic:cNvPicPr>
                            <a:picLocks noChangeAspect="1"/>
                          </pic:cNvPicPr>
                        </pic:nvPicPr>
                        <pic:blipFill>
                          <a:blip r:embed="rId6">
                            <a:extLst>
                              <a:ext uri="{28A0092B-C50C-407E-A947-70E740481C1C}">
                                <a14:useLocalDpi xmlns:a14="http://schemas.microsoft.com/office/drawing/2010/main" val="0"/>
                              </a:ext>
                            </a:extLst>
                          </a:blip>
                          <a:srcRect l="30253" r="30602" b="38481"/>
                          <a:stretch/>
                        </pic:blipFill>
                        <pic:spPr>
                          <a:xfrm>
                            <a:off x="0" y="0"/>
                            <a:ext cx="2209800" cy="2281054"/>
                          </a:xfrm>
                          <a:prstGeom prst="rect">
                            <a:avLst/>
                          </a:prstGeom>
                        </pic:spPr>
                      </pic:pic>
                      <wps:wsp>
                        <wps:cNvPr id="728763783" name="Dikdörtgen 728763783">
                          <a:extLst>
                            <a:ext uri="{FF2B5EF4-FFF2-40B4-BE49-F238E27FC236}">
                              <a16:creationId xmlns:a16="http://schemas.microsoft.com/office/drawing/2014/main" id="{632A640E-348E-5300-F57D-0A02CDF079C6}"/>
                            </a:ext>
                          </a:extLst>
                        </wps:cNvPr>
                        <wps:cNvSpPr/>
                        <wps:spPr>
                          <a:xfrm>
                            <a:off x="0" y="2128654"/>
                            <a:ext cx="2200275" cy="22860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06B657FF" id="Grup 8" o:spid="_x0000_s1026" style="position:absolute;margin-left:4.5pt;margin-top:-5.5pt;width:79pt;height:77.5pt;z-index:251659776;mso-width-relative:margin;mso-height-relative:margin" coordsize="22098,23572"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0Pn/&#10;APv3Xut/j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0fn/APv3Xut/j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W+f8A+/de63+P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&#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esim 320698510" o:spid="_x0000_s1027" type="#_x0000_t75" style="position:absolute;width:22098;height:22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">
                  <v:imagedata r:id="rId7" o:title="" cropbottom="25219f" cropleft="19827f" cropright="20055f"/>
                </v:shape>
                <v:rect id="Dikdörtgen 728763783" o:spid="_x0000_s1028" style="position:absolute;top:21286;width:22002;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" fillcolor="white [3212]" strokecolor="white [3212]" strokeweight="2pt"/>
              </v:group>
            </w:pict>
          </mc:Fallback>
        </mc:AlternateContent>
      </w:r>
      <w:r>
        <w:rPr>
          <w:noProof/>
          <w:color w:val="000000"/>
        </w:rPr>
        <w:t xml:space="preserve"> </w:t>
      </w:r>
      <w:r>
        <w:rPr>
          <w:noProof/>
          <w:color w:val="000000"/>
        </w:rPr>
        <w:drawing>
          <wp:inline distT="0" distB="0" distL="0" distR="0" wp14:anchorId="27E0631F" wp14:editId="37FA0867">
            <wp:extent cx="1982440" cy="628650"/>
            <wp:effectExtent l="0" t="0" r="0" b="0"/>
            <wp:docPr id="16881886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0" y="0"/>
                      <a:ext cx="1994371" cy="632433"/>
                    </a:xfrm>
                    <a:prstGeom prst="rect">
                      <a:avLst/>
                    </a:prstGeom>
                    <a:noFill/>
                    <a:ln>
                      <a:noFill/>
                    </a:ln>
                  </pic:spPr>
                </pic:pic>
              </a:graphicData>
            </a:graphic>
          </wp:inline>
        </w:drawing>
      </w:r>
    </w:p>
    <w:p w14:paraId="1671C881" w14:textId="7FA46E4D" w:rsidR="00D87961" w:rsidRDefault="00D87961">
      <w:pPr>
        <w:pStyle w:val="KonuBal"/>
      </w:pPr>
    </w:p>
    <w:p w14:paraId="6D4E7AC0" w14:textId="119F01C7" w:rsidR="005807F6" w:rsidRDefault="00000000">
      <w:pPr>
        <w:pStyle w:val="KonuBal"/>
      </w:pPr>
      <w:r>
        <w:t>Galatasaray Rotary Club - Introduction</w:t>
      </w:r>
      <w:r w:rsidR="00D87961" w:rsidRPr="00D87961">
        <w:rPr>
          <w:rFonts w:asciiTheme="minorHAnsi" w:eastAsiaTheme="minorEastAsia" w:hAnsiTheme="minorHAnsi" w:cstheme="minorBidi"/>
          <w:color w:val="auto"/>
          <w:spacing w:val="0"/>
          <w:kern w:val="2"/>
          <w:sz w:val="24"/>
          <w:szCs w:val="24"/>
          <w:lang w:val="tr-TR" w:eastAsia="tr-TR"/>
          <w14:ligatures w14:val="standardContextual"/>
        </w:rPr>
        <w:t xml:space="preserve"> </w:t>
      </w:r>
    </w:p>
    <w:p w14:paraId="1F419C19" w14:textId="17010D18" w:rsidR="00E23BC0" w:rsidRPr="006F132E" w:rsidRDefault="00000000" w:rsidP="006F132E">
      <w:pPr>
        <w:pStyle w:val="Balk1"/>
        <w:spacing w:after="480"/>
      </w:pPr>
      <w:r>
        <w:t>Definition of Rotary</w:t>
      </w:r>
      <w:r w:rsidR="006F132E">
        <w:tab/>
      </w:r>
      <w:r w:rsidR="006F132E">
        <w:tab/>
      </w:r>
      <w:r w:rsidR="006F132E">
        <w:tab/>
      </w:r>
      <w:r w:rsidR="006F132E">
        <w:tab/>
      </w:r>
      <w:r w:rsidR="006F132E">
        <w:tab/>
      </w:r>
      <w:r w:rsidR="006F132E">
        <w:tab/>
      </w:r>
      <w:r w:rsidR="006F132E">
        <w:tab/>
      </w:r>
      <w:r w:rsidR="006F132E">
        <w:tab/>
      </w:r>
      <w:r w:rsidR="006F132E">
        <w:tab/>
      </w:r>
      <w:proofErr w:type="spellStart"/>
      <w:r w:rsidR="00E23BC0" w:rsidRPr="00E23BC0">
        <w:rPr>
          <w:rFonts w:asciiTheme="minorHAnsi" w:eastAsiaTheme="minorEastAsia" w:hAnsiTheme="minorHAnsi" w:cstheme="minorBidi"/>
          <w:b w:val="0"/>
          <w:bCs w:val="0"/>
          <w:color w:val="auto"/>
          <w:sz w:val="22"/>
          <w:szCs w:val="22"/>
        </w:rPr>
        <w:t>Rotary</w:t>
      </w:r>
      <w:proofErr w:type="spellEnd"/>
      <w:r w:rsidR="00E23BC0" w:rsidRPr="00E23BC0">
        <w:rPr>
          <w:rFonts w:asciiTheme="minorHAnsi" w:eastAsiaTheme="minorEastAsia" w:hAnsiTheme="minorHAnsi" w:cstheme="minorBidi"/>
          <w:b w:val="0"/>
          <w:bCs w:val="0"/>
          <w:color w:val="auto"/>
          <w:sz w:val="22"/>
          <w:szCs w:val="22"/>
        </w:rPr>
        <w:t xml:space="preserve"> is an organization of business and professional people from around the world who serve humanity, promote and promote the use of high moral standards in every profession, and help promote peace and goodwill in the world.</w:t>
      </w:r>
    </w:p>
    <w:p w14:paraId="1F0642B5" w14:textId="23917BA8" w:rsidR="005807F6" w:rsidRDefault="00000000" w:rsidP="00E23BC0">
      <w:pPr>
        <w:pStyle w:val="Balk1"/>
      </w:pPr>
      <w:r>
        <w:t>2025 – 2026 RI President</w:t>
      </w:r>
    </w:p>
    <w:p w14:paraId="2883D5CF" w14:textId="11E82334" w:rsidR="00D87961" w:rsidRDefault="00D87961">
      <w:r w:rsidRPr="00D87961">
        <w:rPr>
          <w:noProof/>
        </w:rPr>
        <w:drawing>
          <wp:inline distT="0" distB="0" distL="0" distR="0" wp14:anchorId="119B2C3A" wp14:editId="00C328F3">
            <wp:extent cx="1803400" cy="1817594"/>
            <wp:effectExtent l="0" t="0" r="6350" b="0"/>
            <wp:docPr id="3076" name="Picture 4">
              <a:extLst xmlns:a="http://schemas.openxmlformats.org/drawingml/2006/main">
                <a:ext uri="{FF2B5EF4-FFF2-40B4-BE49-F238E27FC236}">
                  <a16:creationId xmlns:a16="http://schemas.microsoft.com/office/drawing/2014/main" id="{AAED8618-6349-370E-142F-0CDCA7655C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a:extLst>
                        <a:ext uri="{FF2B5EF4-FFF2-40B4-BE49-F238E27FC236}">
                          <a16:creationId xmlns:a16="http://schemas.microsoft.com/office/drawing/2014/main" id="{AAED8618-6349-370E-142F-0CDCA7655CCD}"/>
                        </a:ext>
                      </a:extLs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12138" cy="1826401"/>
                    </a:xfrm>
                    <a:prstGeom prst="rect">
                      <a:avLst/>
                    </a:prstGeom>
                    <a:noFill/>
                  </pic:spPr>
                </pic:pic>
              </a:graphicData>
            </a:graphic>
          </wp:inline>
        </w:drawing>
      </w:r>
    </w:p>
    <w:p w14:paraId="4E39CC8E" w14:textId="14D41DB1" w:rsidR="005807F6" w:rsidRDefault="00000000">
      <w:r>
        <w:t xml:space="preserve">Francesco Arezzo ve </w:t>
      </w:r>
      <w:r w:rsidR="006F132E">
        <w:t>wife</w:t>
      </w:r>
      <w:r>
        <w:t xml:space="preserve"> Anna Maria Arezzo-Criscione</w:t>
      </w:r>
      <w:r>
        <w:br/>
      </w:r>
      <w:r w:rsidR="00E23BC0">
        <w:t>“Live, transform, share Rotary!”</w:t>
      </w:r>
    </w:p>
    <w:p w14:paraId="1A694346" w14:textId="77777777" w:rsidR="005807F6" w:rsidRDefault="00000000">
      <w:pPr>
        <w:pStyle w:val="Balk1"/>
      </w:pPr>
      <w:r>
        <w:t>District 2420 Governor 2025 – 2026</w:t>
      </w:r>
    </w:p>
    <w:p w14:paraId="621CE774" w14:textId="26286DFE" w:rsidR="00D87961" w:rsidRDefault="00D87961">
      <w:r w:rsidRPr="00D87961">
        <w:rPr>
          <w:noProof/>
        </w:rPr>
        <w:drawing>
          <wp:inline distT="0" distB="0" distL="0" distR="0" wp14:anchorId="78106776" wp14:editId="1328F1A8">
            <wp:extent cx="1841500" cy="1535009"/>
            <wp:effectExtent l="0" t="0" r="6350" b="8255"/>
            <wp:docPr id="4" name="Picture 3">
              <a:extLst xmlns:a="http://schemas.openxmlformats.org/drawingml/2006/main">
                <a:ext uri="{FF2B5EF4-FFF2-40B4-BE49-F238E27FC236}">
                  <a16:creationId xmlns:a16="http://schemas.microsoft.com/office/drawing/2014/main" id="{41439631-FAF2-E666-A0E3-29F1A7500F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41439631-FAF2-E666-A0E3-29F1A7500F2C}"/>
                        </a:ext>
                      </a:extLst>
                    </pic:cNvPr>
                    <pic:cNvPicPr>
                      <a:picLocks noChangeAspect="1"/>
                    </pic:cNvPicPr>
                  </pic:nvPicPr>
                  <pic:blipFill>
                    <a:blip r:embed="rId11"/>
                    <a:stretch>
                      <a:fillRect/>
                    </a:stretch>
                  </pic:blipFill>
                  <pic:spPr>
                    <a:xfrm>
                      <a:off x="0" y="0"/>
                      <a:ext cx="1847271" cy="1539820"/>
                    </a:xfrm>
                    <a:prstGeom prst="rect">
                      <a:avLst/>
                    </a:prstGeom>
                  </pic:spPr>
                </pic:pic>
              </a:graphicData>
            </a:graphic>
          </wp:inline>
        </w:drawing>
      </w:r>
    </w:p>
    <w:p w14:paraId="5346862E" w14:textId="1893331F" w:rsidR="005807F6" w:rsidRDefault="00000000">
      <w:r>
        <w:t xml:space="preserve">Fuat Yalçın ve </w:t>
      </w:r>
      <w:r w:rsidR="006F132E">
        <w:t>wife</w:t>
      </w:r>
      <w:r>
        <w:t xml:space="preserve"> Tülin Yalçın</w:t>
      </w:r>
    </w:p>
    <w:p w14:paraId="539683ED" w14:textId="0E625173" w:rsidR="005807F6" w:rsidRDefault="00000000">
      <w:pPr>
        <w:pStyle w:val="Balk1"/>
      </w:pPr>
      <w:r>
        <w:lastRenderedPageBreak/>
        <w:t>History of Our Club</w:t>
      </w:r>
    </w:p>
    <w:p w14:paraId="4A8B8A2D" w14:textId="791F2097" w:rsidR="00E23BC0" w:rsidRDefault="00E23BC0" w:rsidP="00434671">
      <w:r>
        <w:t>Founded: 18 March 1993</w:t>
      </w:r>
      <w:r w:rsidR="00D87961" w:rsidRPr="00D87961">
        <w:rPr>
          <w:noProof/>
        </w:rPr>
        <w:t xml:space="preserve"> </w:t>
      </w:r>
    </w:p>
    <w:p w14:paraId="5E139F83" w14:textId="77777777" w:rsidR="00E23BC0" w:rsidRDefault="00E23BC0" w:rsidP="00434671">
      <w:r>
        <w:t>Charter: 25 October 1995</w:t>
      </w:r>
    </w:p>
    <w:p w14:paraId="433EB066" w14:textId="1E920C27" w:rsidR="00E23BC0" w:rsidRDefault="00E23BC0" w:rsidP="00434671">
      <w:r>
        <w:t xml:space="preserve">Meeting Place: </w:t>
      </w:r>
      <w:proofErr w:type="spellStart"/>
      <w:r>
        <w:t>Gayrettepe</w:t>
      </w:r>
      <w:proofErr w:type="spellEnd"/>
      <w:r>
        <w:t xml:space="preserve"> </w:t>
      </w:r>
      <w:proofErr w:type="spellStart"/>
      <w:r>
        <w:t>Dedeman</w:t>
      </w:r>
      <w:proofErr w:type="spellEnd"/>
      <w:r>
        <w:t xml:space="preserve"> Hotel</w:t>
      </w:r>
      <w:r w:rsidR="00E92732">
        <w:t xml:space="preserve"> </w:t>
      </w:r>
      <w:r>
        <w:t xml:space="preserve">Meeting </w:t>
      </w:r>
    </w:p>
    <w:p w14:paraId="075938D2" w14:textId="66FB0EF6" w:rsidR="00E23BC0" w:rsidRDefault="00E23BC0" w:rsidP="00434671">
      <w:r>
        <w:t xml:space="preserve">Time: Friday 07:30 (First and last Friday of each </w:t>
      </w:r>
      <w:proofErr w:type="spellStart"/>
      <w:proofErr w:type="gramStart"/>
      <w:r>
        <w:t>month,twice</w:t>
      </w:r>
      <w:proofErr w:type="spellEnd"/>
      <w:proofErr w:type="gramEnd"/>
      <w:r>
        <w:t xml:space="preserve"> on Zoom)</w:t>
      </w:r>
    </w:p>
    <w:p w14:paraId="0BCBD22A" w14:textId="676165FA" w:rsidR="00E92732" w:rsidRDefault="00E23BC0" w:rsidP="00434671">
      <w:r>
        <w:t xml:space="preserve">Founding President: </w:t>
      </w:r>
      <w:proofErr w:type="spellStart"/>
      <w:r>
        <w:t>Rtn</w:t>
      </w:r>
      <w:proofErr w:type="spellEnd"/>
      <w:r>
        <w:t>. Bülent Akman</w:t>
      </w:r>
    </w:p>
    <w:p w14:paraId="55242A97" w14:textId="6F90F14B" w:rsidR="00E23BC0" w:rsidRDefault="00E23BC0" w:rsidP="00434671">
      <w:r>
        <w:t>Governor</w:t>
      </w:r>
      <w:r w:rsidR="006F132E">
        <w:t xml:space="preserve"> of the Time</w:t>
      </w:r>
      <w:r>
        <w:t xml:space="preserve">: </w:t>
      </w:r>
      <w:proofErr w:type="spellStart"/>
      <w:r>
        <w:t>Rtn</w:t>
      </w:r>
      <w:proofErr w:type="spellEnd"/>
      <w:r>
        <w:t>. Ferit Biren</w:t>
      </w:r>
    </w:p>
    <w:p w14:paraId="7AE0B32D" w14:textId="74A86017" w:rsidR="00E23BC0" w:rsidRDefault="00E23BC0" w:rsidP="00434671">
      <w:r>
        <w:t xml:space="preserve">Founding Members: Recep Bülent Akman, Yusuf </w:t>
      </w:r>
      <w:proofErr w:type="spellStart"/>
      <w:r>
        <w:t>Aslanoğlu</w:t>
      </w:r>
      <w:proofErr w:type="spellEnd"/>
      <w:r>
        <w:t xml:space="preserve">, Mehmet İlker Aşık, Oğuz </w:t>
      </w:r>
      <w:proofErr w:type="spellStart"/>
      <w:r>
        <w:t>Atabek</w:t>
      </w:r>
      <w:proofErr w:type="spellEnd"/>
      <w:r>
        <w:t xml:space="preserve">, Nezih Atalay, Tahir </w:t>
      </w:r>
      <w:proofErr w:type="spellStart"/>
      <w:r>
        <w:t>Rüştü</w:t>
      </w:r>
      <w:proofErr w:type="spellEnd"/>
      <w:r>
        <w:t xml:space="preserve"> </w:t>
      </w:r>
      <w:proofErr w:type="spellStart"/>
      <w:r>
        <w:t>Baç</w:t>
      </w:r>
      <w:proofErr w:type="spellEnd"/>
      <w:r>
        <w:t xml:space="preserve">, Halil </w:t>
      </w:r>
      <w:proofErr w:type="spellStart"/>
      <w:r>
        <w:t>Bahçecioğlu</w:t>
      </w:r>
      <w:proofErr w:type="spellEnd"/>
      <w:r>
        <w:t xml:space="preserve">, İlyas Atlan </w:t>
      </w:r>
      <w:proofErr w:type="spellStart"/>
      <w:r>
        <w:t>Begiter</w:t>
      </w:r>
      <w:proofErr w:type="spellEnd"/>
      <w:r>
        <w:t xml:space="preserve">, Cihan Bingöl, Can </w:t>
      </w:r>
      <w:proofErr w:type="spellStart"/>
      <w:r>
        <w:t>Hemşinlioğlu</w:t>
      </w:r>
      <w:proofErr w:type="spellEnd"/>
      <w:r>
        <w:t xml:space="preserve">, Yılmaz </w:t>
      </w:r>
      <w:proofErr w:type="spellStart"/>
      <w:r>
        <w:t>İnan</w:t>
      </w:r>
      <w:proofErr w:type="spellEnd"/>
      <w:r>
        <w:t xml:space="preserve">, Sabri Kurdoğlu*, İrfan </w:t>
      </w:r>
      <w:proofErr w:type="spellStart"/>
      <w:r>
        <w:t>Papila</w:t>
      </w:r>
      <w:proofErr w:type="spellEnd"/>
      <w:r>
        <w:t xml:space="preserve">, Mehmet </w:t>
      </w:r>
      <w:proofErr w:type="spellStart"/>
      <w:r>
        <w:t>Tınaztepe</w:t>
      </w:r>
      <w:proofErr w:type="spellEnd"/>
      <w:r>
        <w:t xml:space="preserve">, Ömer Fikret </w:t>
      </w:r>
      <w:proofErr w:type="spellStart"/>
      <w:r>
        <w:t>Yalkın</w:t>
      </w:r>
      <w:proofErr w:type="spellEnd"/>
      <w:r>
        <w:t xml:space="preserve">*, Kemal </w:t>
      </w:r>
      <w:proofErr w:type="spellStart"/>
      <w:r>
        <w:t>Yaranona</w:t>
      </w:r>
      <w:proofErr w:type="spellEnd"/>
      <w:r>
        <w:t xml:space="preserve"> (*Founders who are still members)</w:t>
      </w:r>
    </w:p>
    <w:p w14:paraId="2917EE78" w14:textId="77777777" w:rsidR="005807F6" w:rsidRDefault="00000000">
      <w:pPr>
        <w:pStyle w:val="Balk1"/>
      </w:pPr>
      <w:r>
        <w:t>Membership</w:t>
      </w:r>
    </w:p>
    <w:p w14:paraId="1624419F" w14:textId="42D4CF61" w:rsidR="005807F6" w:rsidRDefault="00000000">
      <w:r>
        <w:t>2</w:t>
      </w:r>
      <w:r w:rsidR="00E23BC0">
        <w:t>4</w:t>
      </w:r>
      <w:r w:rsidR="006F132E">
        <w:t xml:space="preserve"> Members</w:t>
      </w:r>
      <w:r>
        <w:br/>
      </w:r>
      <w:r w:rsidR="00E23BC0">
        <w:t xml:space="preserve">Honorary Members: Fikret </w:t>
      </w:r>
      <w:r w:rsidR="00D87961">
        <w:t>S</w:t>
      </w:r>
      <w:r w:rsidR="00E23BC0">
        <w:t>atana and Ali Akgün</w:t>
      </w:r>
    </w:p>
    <w:p w14:paraId="07F623F1" w14:textId="77777777" w:rsidR="005807F6" w:rsidRDefault="00000000">
      <w:pPr>
        <w:pStyle w:val="Balk1"/>
      </w:pPr>
      <w:r>
        <w:t>Club President</w:t>
      </w:r>
    </w:p>
    <w:p w14:paraId="42C34D37" w14:textId="3962BD23" w:rsidR="00D87961" w:rsidRDefault="00D87961">
      <w:r w:rsidRPr="00D87961">
        <w:rPr>
          <w:noProof/>
        </w:rPr>
        <w:drawing>
          <wp:inline distT="0" distB="0" distL="0" distR="0" wp14:anchorId="1BFEB2DF" wp14:editId="0799CA76">
            <wp:extent cx="1676399" cy="2343150"/>
            <wp:effectExtent l="0" t="0" r="635" b="0"/>
            <wp:docPr id="2115607687" name="İçerik Yer Tutucusu 3">
              <a:extLst xmlns:a="http://schemas.openxmlformats.org/drawingml/2006/main">
                <a:ext uri="{FF2B5EF4-FFF2-40B4-BE49-F238E27FC236}">
                  <a16:creationId xmlns:a16="http://schemas.microsoft.com/office/drawing/2014/main" id="{27650FDD-CF8B-4C0A-0CC9-A6A60F14B57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İçerik Yer Tutucusu 3">
                      <a:extLst>
                        <a:ext uri="{FF2B5EF4-FFF2-40B4-BE49-F238E27FC236}">
                          <a16:creationId xmlns:a16="http://schemas.microsoft.com/office/drawing/2014/main" id="{27650FDD-CF8B-4C0A-0CC9-A6A60F14B571}"/>
                        </a:ext>
                      </a:extLst>
                    </pic:cNvPr>
                    <pic:cNvPicPr>
                      <a:picLocks noGrp="1" noChangeAspect="1"/>
                    </pic:cNvPicPr>
                  </pic:nvPicPr>
                  <pic:blipFill rotWithShape="1">
                    <a:blip r:embed="rId12" cstate="print">
                      <a:extLst>
                        <a:ext uri="{28A0092B-C50C-407E-A947-70E740481C1C}">
                          <a14:useLocalDpi xmlns:a14="http://schemas.microsoft.com/office/drawing/2010/main" val="0"/>
                        </a:ext>
                      </a:extLst>
                    </a:blip>
                    <a:srcRect r="10478" b="16575"/>
                    <a:stretch/>
                  </pic:blipFill>
                  <pic:spPr bwMode="auto">
                    <a:xfrm>
                      <a:off x="0" y="0"/>
                      <a:ext cx="1705994" cy="2384516"/>
                    </a:xfrm>
                    <a:prstGeom prst="rect">
                      <a:avLst/>
                    </a:prstGeom>
                    <a:ln>
                      <a:noFill/>
                    </a:ln>
                    <a:extLst>
                      <a:ext uri="{53640926-AAD7-44D8-BBD7-CCE9431645EC}">
                        <a14:shadowObscured xmlns:a14="http://schemas.microsoft.com/office/drawing/2010/main"/>
                      </a:ext>
                    </a:extLst>
                  </pic:spPr>
                </pic:pic>
              </a:graphicData>
            </a:graphic>
          </wp:inline>
        </w:drawing>
      </w:r>
    </w:p>
    <w:p w14:paraId="08CD8A5A" w14:textId="4D35D419" w:rsidR="005807F6" w:rsidRDefault="00000000">
      <w:r>
        <w:t>Nur Yalçındağ (2025-2026)</w:t>
      </w:r>
      <w:r>
        <w:br/>
      </w:r>
      <w:r w:rsidR="00E23BC0">
        <w:t xml:space="preserve">Biography: Coming from a Rotarian family, she became a member of Rotary in 2002. She held various positions </w:t>
      </w:r>
      <w:r w:rsidR="00E96CD1">
        <w:t>at</w:t>
      </w:r>
      <w:r w:rsidR="00E23BC0">
        <w:t xml:space="preserve"> the </w:t>
      </w:r>
      <w:r w:rsidR="00E96CD1">
        <w:t>district</w:t>
      </w:r>
      <w:r w:rsidR="00E23BC0">
        <w:t xml:space="preserve">. In her business life, she </w:t>
      </w:r>
      <w:r w:rsidR="00767218">
        <w:t>exceled</w:t>
      </w:r>
      <w:r w:rsidR="00E23BC0">
        <w:t xml:space="preserve"> in the field of financial asset management and is a wom</w:t>
      </w:r>
      <w:r w:rsidR="00767218">
        <w:t>an</w:t>
      </w:r>
      <w:r w:rsidR="00E23BC0">
        <w:t xml:space="preserve"> entrepreneur</w:t>
      </w:r>
      <w:r w:rsidR="00767218">
        <w:t xml:space="preserve"> in </w:t>
      </w:r>
      <w:r w:rsidR="00467F19">
        <w:t>w</w:t>
      </w:r>
      <w:r w:rsidR="00767218">
        <w:t xml:space="preserve">ashroom </w:t>
      </w:r>
      <w:r w:rsidR="00467F19">
        <w:t>e</w:t>
      </w:r>
      <w:r w:rsidR="00767218">
        <w:t xml:space="preserve">quipment </w:t>
      </w:r>
      <w:r w:rsidR="00467F19">
        <w:t>i</w:t>
      </w:r>
      <w:r w:rsidR="00767218">
        <w:t>ndustry.</w:t>
      </w:r>
    </w:p>
    <w:p w14:paraId="6C791205" w14:textId="77777777" w:rsidR="005807F6" w:rsidRDefault="00000000">
      <w:pPr>
        <w:pStyle w:val="Balk1"/>
      </w:pPr>
      <w:r>
        <w:lastRenderedPageBreak/>
        <w:t>Board of Directors</w:t>
      </w:r>
    </w:p>
    <w:p w14:paraId="13B14FB3" w14:textId="2484109F" w:rsidR="00E23BC0" w:rsidRDefault="00E23BC0" w:rsidP="006F132E">
      <w:pPr>
        <w:spacing w:after="0"/>
      </w:pPr>
      <w:r>
        <w:t>Club President: Nur Yalcindag</w:t>
      </w:r>
      <w:r>
        <w:br/>
        <w:t xml:space="preserve">President Elect: Kerem </w:t>
      </w:r>
      <w:proofErr w:type="spellStart"/>
      <w:r>
        <w:t>Kılıc</w:t>
      </w:r>
      <w:proofErr w:type="spellEnd"/>
      <w:r>
        <w:br/>
        <w:t xml:space="preserve">Club Secretary: Erman </w:t>
      </w:r>
      <w:proofErr w:type="spellStart"/>
      <w:r>
        <w:t>Kızılkan</w:t>
      </w:r>
      <w:proofErr w:type="spellEnd"/>
      <w:r>
        <w:br/>
        <w:t xml:space="preserve">Treasurer: Sabri </w:t>
      </w:r>
      <w:proofErr w:type="spellStart"/>
      <w:r>
        <w:t>Kurdoglu</w:t>
      </w:r>
      <w:proofErr w:type="spellEnd"/>
    </w:p>
    <w:p w14:paraId="7BB541EC" w14:textId="68A372B7" w:rsidR="005807F6" w:rsidRDefault="00E23BC0" w:rsidP="006F132E">
      <w:pPr>
        <w:spacing w:after="0"/>
      </w:pPr>
      <w:r>
        <w:t xml:space="preserve">Past President: Selda </w:t>
      </w:r>
      <w:proofErr w:type="spellStart"/>
      <w:r>
        <w:t>Gerşon</w:t>
      </w:r>
      <w:proofErr w:type="spellEnd"/>
    </w:p>
    <w:p w14:paraId="73AF0187" w14:textId="456AEA1B" w:rsidR="005807F6" w:rsidRDefault="008C3F2D">
      <w:pPr>
        <w:pStyle w:val="Balk1"/>
      </w:pPr>
      <w:r>
        <w:t xml:space="preserve">Club </w:t>
      </w:r>
      <w:r w:rsidR="00E23BC0">
        <w:t>Peace Counselor</w:t>
      </w:r>
    </w:p>
    <w:p w14:paraId="590B3A01" w14:textId="77777777" w:rsidR="008C3F2D" w:rsidRPr="008C3F2D" w:rsidRDefault="008C3F2D" w:rsidP="008C3F2D"/>
    <w:p w14:paraId="309F697C" w14:textId="77499C2D" w:rsidR="00D87961" w:rsidRPr="00D87961" w:rsidRDefault="00D87961" w:rsidP="00D87961">
      <w:r w:rsidRPr="00D87961">
        <w:rPr>
          <w:noProof/>
        </w:rPr>
        <w:drawing>
          <wp:inline distT="0" distB="0" distL="0" distR="0" wp14:anchorId="4E740E25" wp14:editId="4D987403">
            <wp:extent cx="1066165" cy="1602985"/>
            <wp:effectExtent l="0" t="0" r="635" b="0"/>
            <wp:docPr id="25" name="Resim 24">
              <a:extLst xmlns:a="http://schemas.openxmlformats.org/drawingml/2006/main">
                <a:ext uri="{FF2B5EF4-FFF2-40B4-BE49-F238E27FC236}">
                  <a16:creationId xmlns:a16="http://schemas.microsoft.com/office/drawing/2014/main" id="{A2176F95-BCC8-2A56-B56A-D3C6652D09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esim 24">
                      <a:extLst>
                        <a:ext uri="{FF2B5EF4-FFF2-40B4-BE49-F238E27FC236}">
                          <a16:creationId xmlns:a16="http://schemas.microsoft.com/office/drawing/2014/main" id="{A2176F95-BCC8-2A56-B56A-D3C6652D09E6}"/>
                        </a:ext>
                      </a:extLst>
                    </pic:cNvPr>
                    <pic:cNvPicPr>
                      <a:picLocks noChangeAspect="1"/>
                    </pic:cNvPicPr>
                  </pic:nvPicPr>
                  <pic:blipFill rotWithShape="1">
                    <a:blip r:embed="rId13">
                      <a:extLst>
                        <a:ext uri="{28A0092B-C50C-407E-A947-70E740481C1C}">
                          <a14:useLocalDpi xmlns:a14="http://schemas.microsoft.com/office/drawing/2010/main" val="0"/>
                        </a:ext>
                      </a:extLst>
                    </a:blip>
                    <a:srcRect l="1667" t="2241" r="8257" b="33706"/>
                    <a:stretch/>
                  </pic:blipFill>
                  <pic:spPr bwMode="auto">
                    <a:xfrm>
                      <a:off x="0" y="0"/>
                      <a:ext cx="1089523" cy="1638104"/>
                    </a:xfrm>
                    <a:prstGeom prst="rect">
                      <a:avLst/>
                    </a:prstGeom>
                    <a:ln>
                      <a:noFill/>
                    </a:ln>
                    <a:extLst>
                      <a:ext uri="{53640926-AAD7-44D8-BBD7-CCE9431645EC}">
                        <a14:shadowObscured xmlns:a14="http://schemas.microsoft.com/office/drawing/2010/main"/>
                      </a:ext>
                    </a:extLst>
                  </pic:spPr>
                </pic:pic>
              </a:graphicData>
            </a:graphic>
          </wp:inline>
        </w:drawing>
      </w:r>
      <w:r w:rsidR="008C3F2D" w:rsidRPr="008C3F2D">
        <w:t xml:space="preserve"> </w:t>
      </w:r>
      <w:r w:rsidR="008C3F2D">
        <w:tab/>
        <w:t xml:space="preserve">               </w:t>
      </w:r>
    </w:p>
    <w:p w14:paraId="1BDA8F8E" w14:textId="5DF970D8" w:rsidR="005807F6" w:rsidRDefault="008C3F2D" w:rsidP="008C3F2D">
      <w:r>
        <w:t xml:space="preserve">    Selda Gerşon</w:t>
      </w:r>
      <w:r w:rsidR="00D87961">
        <w:tab/>
      </w:r>
      <w:r w:rsidR="00D87961">
        <w:tab/>
      </w:r>
      <w:r>
        <w:tab/>
      </w:r>
      <w:r>
        <w:br/>
      </w:r>
    </w:p>
    <w:p w14:paraId="2AC209A3" w14:textId="77777777" w:rsidR="005807F6" w:rsidRDefault="00000000">
      <w:pPr>
        <w:pStyle w:val="Balk1"/>
      </w:pPr>
      <w:r>
        <w:t>Committees and Committee Chairs</w:t>
      </w:r>
    </w:p>
    <w:p w14:paraId="70F87DE4" w14:textId="79BCA9A1" w:rsidR="005807F6" w:rsidRDefault="00F41B33">
      <w:r>
        <w:t xml:space="preserve">Club </w:t>
      </w:r>
      <w:r w:rsidR="00E23BC0">
        <w:t>Foundation</w:t>
      </w:r>
      <w:r>
        <w:t xml:space="preserve"> Chair: Sait </w:t>
      </w:r>
      <w:proofErr w:type="spellStart"/>
      <w:r>
        <w:t>Feyzioğlu</w:t>
      </w:r>
      <w:proofErr w:type="spellEnd"/>
      <w:r>
        <w:br/>
        <w:t xml:space="preserve">Club </w:t>
      </w:r>
      <w:r w:rsidR="00E23BC0">
        <w:t>Membership</w:t>
      </w:r>
      <w:r>
        <w:t xml:space="preserve"> Chair: Selda </w:t>
      </w:r>
      <w:proofErr w:type="spellStart"/>
      <w:r>
        <w:t>Gerşon</w:t>
      </w:r>
      <w:proofErr w:type="spellEnd"/>
      <w:r>
        <w:br/>
        <w:t xml:space="preserve">Club </w:t>
      </w:r>
      <w:r w:rsidR="00E23BC0">
        <w:t>You</w:t>
      </w:r>
      <w:r>
        <w:t xml:space="preserve">ng Leaders Contact: </w:t>
      </w:r>
      <w:proofErr w:type="spellStart"/>
      <w:r>
        <w:t>Mürvet</w:t>
      </w:r>
      <w:proofErr w:type="spellEnd"/>
      <w:r>
        <w:t xml:space="preserve"> </w:t>
      </w:r>
      <w:proofErr w:type="spellStart"/>
      <w:r>
        <w:t>Dökücü</w:t>
      </w:r>
      <w:proofErr w:type="spellEnd"/>
      <w:r>
        <w:br/>
        <w:t>Club Public Image Chair: A. Erman Kızılkan</w:t>
      </w:r>
      <w:r>
        <w:br/>
        <w:t>Club Learning Facilitator: Ceyda Tüfekçi</w:t>
      </w:r>
      <w:r>
        <w:br/>
        <w:t xml:space="preserve">Club Service Projects Chair: Z. Ece </w:t>
      </w:r>
      <w:proofErr w:type="spellStart"/>
      <w:r>
        <w:t>Büyükutku</w:t>
      </w:r>
      <w:proofErr w:type="spellEnd"/>
      <w:r>
        <w:br/>
        <w:t>Club Classification &amp; Professional Services: C. Eren Lokumcu</w:t>
      </w:r>
    </w:p>
    <w:p w14:paraId="08027F34" w14:textId="77777777" w:rsidR="005807F6" w:rsidRDefault="00000000">
      <w:pPr>
        <w:pStyle w:val="Balk1"/>
      </w:pPr>
      <w:r>
        <w:t>Main Projects</w:t>
      </w:r>
    </w:p>
    <w:p w14:paraId="2AAC9A9F" w14:textId="56670714" w:rsidR="00F41B33" w:rsidRDefault="00F41B33" w:rsidP="006F132E">
      <w:pPr>
        <w:spacing w:after="0"/>
        <w:ind w:right="283"/>
      </w:pPr>
      <w:r>
        <w:t>- Morning Conversations</w:t>
      </w:r>
      <w:r w:rsidR="009A7BCD">
        <w:t xml:space="preserve"> with Influential People</w:t>
      </w:r>
      <w:r>
        <w:t xml:space="preserve"> (July 2025-June 2026)</w:t>
      </w:r>
    </w:p>
    <w:p w14:paraId="1D9ED0CB" w14:textId="77777777" w:rsidR="009A7BCD" w:rsidRDefault="009A7BCD" w:rsidP="009A7BCD">
      <w:pPr>
        <w:spacing w:after="0"/>
        <w:ind w:right="283"/>
      </w:pPr>
      <w:r>
        <w:t>- Projects to Create the Habit of Reading Books (September 2025 – June 2026)</w:t>
      </w:r>
    </w:p>
    <w:p w14:paraId="291B88E1" w14:textId="77777777" w:rsidR="009A7BCD" w:rsidRDefault="009A7BCD" w:rsidP="009A7BCD">
      <w:pPr>
        <w:spacing w:after="0"/>
        <w:ind w:right="283"/>
      </w:pPr>
      <w:r>
        <w:t>- Polio &amp; Health Awareness Projects (October 2026 &amp; February 2026)</w:t>
      </w:r>
    </w:p>
    <w:p w14:paraId="3E924629" w14:textId="77777777" w:rsidR="00F41B33" w:rsidRDefault="00F41B33" w:rsidP="006F132E">
      <w:pPr>
        <w:spacing w:after="0"/>
        <w:ind w:right="283"/>
      </w:pPr>
      <w:r>
        <w:t>- Women's Panel (March 2026)</w:t>
      </w:r>
    </w:p>
    <w:p w14:paraId="712BA093" w14:textId="0D8BC007" w:rsidR="00F41B33" w:rsidRDefault="00F41B33" w:rsidP="006F132E">
      <w:pPr>
        <w:spacing w:after="0"/>
        <w:ind w:right="283"/>
      </w:pPr>
      <w:r>
        <w:t>- Career Day</w:t>
      </w:r>
      <w:r w:rsidR="006F132E">
        <w:t xml:space="preserve"> for the Disabled</w:t>
      </w:r>
      <w:r>
        <w:t xml:space="preserve"> (April 2026)</w:t>
      </w:r>
    </w:p>
    <w:p w14:paraId="1984BFDA" w14:textId="77777777" w:rsidR="00F41B33" w:rsidRDefault="00F41B33" w:rsidP="006F132E">
      <w:pPr>
        <w:spacing w:after="0"/>
        <w:ind w:right="283"/>
      </w:pPr>
      <w:r>
        <w:t>- Youth Forum (May 2026)</w:t>
      </w:r>
    </w:p>
    <w:p w14:paraId="727D63C5" w14:textId="2D7B8E45" w:rsidR="009A7BCD" w:rsidRDefault="009A7BCD" w:rsidP="006F132E">
      <w:pPr>
        <w:spacing w:after="0"/>
        <w:ind w:right="283"/>
      </w:pPr>
      <w:r>
        <w:t>-</w:t>
      </w:r>
      <w:r w:rsidR="007C1254">
        <w:t>Classroom for Mind Games and Brain Teasers Project for Public Schools (June 2026)</w:t>
      </w:r>
    </w:p>
    <w:p w14:paraId="3DDFB147" w14:textId="55CC82BC" w:rsidR="005807F6" w:rsidRDefault="007C1254">
      <w:r>
        <w:t xml:space="preserve">-Global Grant Projects for Hospitals </w:t>
      </w:r>
    </w:p>
    <w:sectPr w:rsidR="005807F6"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A2"/>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A2"/>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eNumaras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eNumaras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eMaddemi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eMaddemi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eNumaras"/>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eMaddemi"/>
      <w:lvlText w:val=""/>
      <w:lvlJc w:val="left"/>
      <w:pPr>
        <w:tabs>
          <w:tab w:val="num" w:pos="360"/>
        </w:tabs>
        <w:ind w:left="360" w:hanging="360"/>
      </w:pPr>
      <w:rPr>
        <w:rFonts w:ascii="Symbol" w:hAnsi="Symbol" w:hint="default"/>
      </w:rPr>
    </w:lvl>
  </w:abstractNum>
  <w:abstractNum w:abstractNumId="9" w15:restartNumberingAfterBreak="0">
    <w:nsid w:val="30FF70E5"/>
    <w:multiLevelType w:val="hybridMultilevel"/>
    <w:tmpl w:val="A80E9D5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16cid:durableId="757334424">
    <w:abstractNumId w:val="8"/>
  </w:num>
  <w:num w:numId="2" w16cid:durableId="1755199460">
    <w:abstractNumId w:val="6"/>
  </w:num>
  <w:num w:numId="3" w16cid:durableId="2022271409">
    <w:abstractNumId w:val="5"/>
  </w:num>
  <w:num w:numId="4" w16cid:durableId="597562981">
    <w:abstractNumId w:val="4"/>
  </w:num>
  <w:num w:numId="5" w16cid:durableId="147210630">
    <w:abstractNumId w:val="7"/>
  </w:num>
  <w:num w:numId="6" w16cid:durableId="557977245">
    <w:abstractNumId w:val="3"/>
  </w:num>
  <w:num w:numId="7" w16cid:durableId="400325258">
    <w:abstractNumId w:val="2"/>
  </w:num>
  <w:num w:numId="8" w16cid:durableId="1817868200">
    <w:abstractNumId w:val="1"/>
  </w:num>
  <w:num w:numId="9" w16cid:durableId="782653401">
    <w:abstractNumId w:val="0"/>
  </w:num>
  <w:num w:numId="10" w16cid:durableId="178566020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47730"/>
    <w:rsid w:val="00034616"/>
    <w:rsid w:val="0006063C"/>
    <w:rsid w:val="0015074B"/>
    <w:rsid w:val="0029639D"/>
    <w:rsid w:val="00326F90"/>
    <w:rsid w:val="00340FE6"/>
    <w:rsid w:val="00467F19"/>
    <w:rsid w:val="005807F6"/>
    <w:rsid w:val="006F132E"/>
    <w:rsid w:val="0072318C"/>
    <w:rsid w:val="00767218"/>
    <w:rsid w:val="007A7A96"/>
    <w:rsid w:val="007C1254"/>
    <w:rsid w:val="008C3F2D"/>
    <w:rsid w:val="009A7BCD"/>
    <w:rsid w:val="00AA1D8D"/>
    <w:rsid w:val="00B47730"/>
    <w:rsid w:val="00BF06C4"/>
    <w:rsid w:val="00CB0664"/>
    <w:rsid w:val="00D835BE"/>
    <w:rsid w:val="00D87961"/>
    <w:rsid w:val="00E23BC0"/>
    <w:rsid w:val="00E92732"/>
    <w:rsid w:val="00E96CD1"/>
    <w:rsid w:val="00F41B33"/>
    <w:rsid w:val="00FC693F"/>
    <w:rsid w:val="00FF202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1E3C199"/>
  <w14:defaultImageDpi w14:val="300"/>
  <w15:docId w15:val="{7053FFC6-3384-41F8-B546-82E090B7B8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style>
  <w:style w:type="paragraph" w:styleId="Balk1">
    <w:name w:val="heading 1"/>
    <w:basedOn w:val="Normal"/>
    <w:next w:val="Normal"/>
    <w:link w:val="Balk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alk2">
    <w:name w:val="heading 2"/>
    <w:basedOn w:val="Normal"/>
    <w:next w:val="Normal"/>
    <w:link w:val="Balk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Balk3">
    <w:name w:val="heading 3"/>
    <w:basedOn w:val="Normal"/>
    <w:next w:val="Normal"/>
    <w:link w:val="Balk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Balk4">
    <w:name w:val="heading 4"/>
    <w:basedOn w:val="Normal"/>
    <w:next w:val="Normal"/>
    <w:link w:val="Balk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Balk5">
    <w:name w:val="heading 5"/>
    <w:basedOn w:val="Normal"/>
    <w:next w:val="Normal"/>
    <w:link w:val="Balk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Balk6">
    <w:name w:val="heading 6"/>
    <w:basedOn w:val="Normal"/>
    <w:next w:val="Normal"/>
    <w:link w:val="Balk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Balk7">
    <w:name w:val="heading 7"/>
    <w:basedOn w:val="Normal"/>
    <w:next w:val="Normal"/>
    <w:link w:val="Balk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Balk8">
    <w:name w:val="heading 8"/>
    <w:basedOn w:val="Normal"/>
    <w:next w:val="Normal"/>
    <w:link w:val="Balk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Balk9">
    <w:name w:val="heading 9"/>
    <w:basedOn w:val="Normal"/>
    <w:next w:val="Normal"/>
    <w:link w:val="Balk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E618BF"/>
    <w:pPr>
      <w:tabs>
        <w:tab w:val="center" w:pos="4680"/>
        <w:tab w:val="right" w:pos="9360"/>
      </w:tabs>
      <w:spacing w:after="0" w:line="240" w:lineRule="auto"/>
    </w:pPr>
  </w:style>
  <w:style w:type="character" w:customStyle="1" w:styleId="stBilgiChar">
    <w:name w:val="Üst Bilgi Char"/>
    <w:basedOn w:val="VarsaylanParagrafYazTipi"/>
    <w:link w:val="stBilgi"/>
    <w:uiPriority w:val="99"/>
    <w:rsid w:val="00E618BF"/>
  </w:style>
  <w:style w:type="paragraph" w:styleId="AltBilgi">
    <w:name w:val="footer"/>
    <w:basedOn w:val="Normal"/>
    <w:link w:val="AltBilgiChar"/>
    <w:uiPriority w:val="99"/>
    <w:unhideWhenUsed/>
    <w:rsid w:val="00E618BF"/>
    <w:pPr>
      <w:tabs>
        <w:tab w:val="center" w:pos="4680"/>
        <w:tab w:val="right" w:pos="9360"/>
      </w:tabs>
      <w:spacing w:after="0" w:line="240" w:lineRule="auto"/>
    </w:pPr>
  </w:style>
  <w:style w:type="character" w:customStyle="1" w:styleId="AltBilgiChar">
    <w:name w:val="Alt Bilgi Char"/>
    <w:basedOn w:val="VarsaylanParagrafYazTipi"/>
    <w:link w:val="AltBilgi"/>
    <w:uiPriority w:val="99"/>
    <w:rsid w:val="00E618BF"/>
  </w:style>
  <w:style w:type="paragraph" w:styleId="AralkYok">
    <w:name w:val="No Spacing"/>
    <w:uiPriority w:val="1"/>
    <w:qFormat/>
    <w:rsid w:val="00FC693F"/>
    <w:pPr>
      <w:spacing w:after="0" w:line="240" w:lineRule="auto"/>
    </w:pPr>
  </w:style>
  <w:style w:type="character" w:customStyle="1" w:styleId="Balk1Char">
    <w:name w:val="Başlık 1 Char"/>
    <w:basedOn w:val="VarsaylanParagrafYazTipi"/>
    <w:link w:val="Balk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Balk2Char">
    <w:name w:val="Başlık 2 Char"/>
    <w:basedOn w:val="VarsaylanParagrafYazTipi"/>
    <w:link w:val="Balk2"/>
    <w:uiPriority w:val="9"/>
    <w:rsid w:val="00FC693F"/>
    <w:rPr>
      <w:rFonts w:asciiTheme="majorHAnsi" w:eastAsiaTheme="majorEastAsia" w:hAnsiTheme="majorHAnsi" w:cstheme="majorBidi"/>
      <w:b/>
      <w:bCs/>
      <w:color w:val="4F81BD" w:themeColor="accent1"/>
      <w:sz w:val="26"/>
      <w:szCs w:val="26"/>
    </w:rPr>
  </w:style>
  <w:style w:type="character" w:customStyle="1" w:styleId="Balk3Char">
    <w:name w:val="Başlık 3 Char"/>
    <w:basedOn w:val="VarsaylanParagrafYazTipi"/>
    <w:link w:val="Balk3"/>
    <w:uiPriority w:val="9"/>
    <w:rsid w:val="00FC693F"/>
    <w:rPr>
      <w:rFonts w:asciiTheme="majorHAnsi" w:eastAsiaTheme="majorEastAsia" w:hAnsiTheme="majorHAnsi" w:cstheme="majorBidi"/>
      <w:b/>
      <w:bCs/>
      <w:color w:val="4F81BD" w:themeColor="accent1"/>
    </w:rPr>
  </w:style>
  <w:style w:type="paragraph" w:styleId="KonuBal">
    <w:name w:val="Title"/>
    <w:basedOn w:val="Normal"/>
    <w:next w:val="Normal"/>
    <w:link w:val="KonuBal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KonuBalChar">
    <w:name w:val="Konu Başlığı Char"/>
    <w:basedOn w:val="VarsaylanParagrafYazTipi"/>
    <w:link w:val="KonuBal"/>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Altyaz">
    <w:name w:val="Subtitle"/>
    <w:basedOn w:val="Normal"/>
    <w:next w:val="Normal"/>
    <w:link w:val="Altyaz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ltyazChar">
    <w:name w:val="Altyazı Char"/>
    <w:basedOn w:val="VarsaylanParagrafYazTipi"/>
    <w:link w:val="Altyaz"/>
    <w:uiPriority w:val="11"/>
    <w:rsid w:val="00FC693F"/>
    <w:rPr>
      <w:rFonts w:asciiTheme="majorHAnsi" w:eastAsiaTheme="majorEastAsia" w:hAnsiTheme="majorHAnsi" w:cstheme="majorBidi"/>
      <w:i/>
      <w:iCs/>
      <w:color w:val="4F81BD" w:themeColor="accent1"/>
      <w:spacing w:val="15"/>
      <w:sz w:val="24"/>
      <w:szCs w:val="24"/>
    </w:rPr>
  </w:style>
  <w:style w:type="paragraph" w:styleId="ListeParagraf">
    <w:name w:val="List Paragraph"/>
    <w:basedOn w:val="Normal"/>
    <w:uiPriority w:val="34"/>
    <w:qFormat/>
    <w:rsid w:val="00FC693F"/>
    <w:pPr>
      <w:ind w:left="720"/>
      <w:contextualSpacing/>
    </w:pPr>
  </w:style>
  <w:style w:type="paragraph" w:styleId="GvdeMetni">
    <w:name w:val="Body Text"/>
    <w:basedOn w:val="Normal"/>
    <w:link w:val="GvdeMetniChar"/>
    <w:uiPriority w:val="99"/>
    <w:unhideWhenUsed/>
    <w:rsid w:val="00AA1D8D"/>
    <w:pPr>
      <w:spacing w:after="120"/>
    </w:pPr>
  </w:style>
  <w:style w:type="character" w:customStyle="1" w:styleId="GvdeMetniChar">
    <w:name w:val="Gövde Metni Char"/>
    <w:basedOn w:val="VarsaylanParagrafYazTipi"/>
    <w:link w:val="GvdeMetni"/>
    <w:uiPriority w:val="99"/>
    <w:rsid w:val="00AA1D8D"/>
  </w:style>
  <w:style w:type="paragraph" w:styleId="GvdeMetni2">
    <w:name w:val="Body Text 2"/>
    <w:basedOn w:val="Normal"/>
    <w:link w:val="GvdeMetni2Char"/>
    <w:uiPriority w:val="99"/>
    <w:unhideWhenUsed/>
    <w:rsid w:val="00AA1D8D"/>
    <w:pPr>
      <w:spacing w:after="120" w:line="480" w:lineRule="auto"/>
    </w:pPr>
  </w:style>
  <w:style w:type="character" w:customStyle="1" w:styleId="GvdeMetni2Char">
    <w:name w:val="Gövde Metni 2 Char"/>
    <w:basedOn w:val="VarsaylanParagrafYazTipi"/>
    <w:link w:val="GvdeMetni2"/>
    <w:uiPriority w:val="99"/>
    <w:rsid w:val="00AA1D8D"/>
  </w:style>
  <w:style w:type="paragraph" w:styleId="GvdeMetni3">
    <w:name w:val="Body Text 3"/>
    <w:basedOn w:val="Normal"/>
    <w:link w:val="GvdeMetni3Char"/>
    <w:uiPriority w:val="99"/>
    <w:unhideWhenUsed/>
    <w:rsid w:val="00AA1D8D"/>
    <w:pPr>
      <w:spacing w:after="120"/>
    </w:pPr>
    <w:rPr>
      <w:sz w:val="16"/>
      <w:szCs w:val="16"/>
    </w:rPr>
  </w:style>
  <w:style w:type="character" w:customStyle="1" w:styleId="GvdeMetni3Char">
    <w:name w:val="Gövde Metni 3 Char"/>
    <w:basedOn w:val="VarsaylanParagrafYazTipi"/>
    <w:link w:val="GvdeMetni3"/>
    <w:uiPriority w:val="99"/>
    <w:rsid w:val="00AA1D8D"/>
    <w:rPr>
      <w:sz w:val="16"/>
      <w:szCs w:val="16"/>
    </w:rPr>
  </w:style>
  <w:style w:type="paragraph" w:styleId="Liste">
    <w:name w:val="List"/>
    <w:basedOn w:val="Normal"/>
    <w:uiPriority w:val="99"/>
    <w:unhideWhenUsed/>
    <w:rsid w:val="00AA1D8D"/>
    <w:pPr>
      <w:ind w:left="360" w:hanging="360"/>
      <w:contextualSpacing/>
    </w:pPr>
  </w:style>
  <w:style w:type="paragraph" w:styleId="Liste2">
    <w:name w:val="List 2"/>
    <w:basedOn w:val="Normal"/>
    <w:uiPriority w:val="99"/>
    <w:unhideWhenUsed/>
    <w:rsid w:val="00326F90"/>
    <w:pPr>
      <w:ind w:left="720" w:hanging="360"/>
      <w:contextualSpacing/>
    </w:pPr>
  </w:style>
  <w:style w:type="paragraph" w:styleId="Liste3">
    <w:name w:val="List 3"/>
    <w:basedOn w:val="Normal"/>
    <w:uiPriority w:val="99"/>
    <w:unhideWhenUsed/>
    <w:rsid w:val="00326F90"/>
    <w:pPr>
      <w:ind w:left="1080" w:hanging="360"/>
      <w:contextualSpacing/>
    </w:pPr>
  </w:style>
  <w:style w:type="paragraph" w:styleId="ListeMaddemi">
    <w:name w:val="List Bullet"/>
    <w:basedOn w:val="Normal"/>
    <w:uiPriority w:val="99"/>
    <w:unhideWhenUsed/>
    <w:rsid w:val="00326F90"/>
    <w:pPr>
      <w:numPr>
        <w:numId w:val="1"/>
      </w:numPr>
      <w:contextualSpacing/>
    </w:pPr>
  </w:style>
  <w:style w:type="paragraph" w:styleId="ListeMaddemi2">
    <w:name w:val="List Bullet 2"/>
    <w:basedOn w:val="Normal"/>
    <w:uiPriority w:val="99"/>
    <w:unhideWhenUsed/>
    <w:rsid w:val="00326F90"/>
    <w:pPr>
      <w:numPr>
        <w:numId w:val="2"/>
      </w:numPr>
      <w:contextualSpacing/>
    </w:pPr>
  </w:style>
  <w:style w:type="paragraph" w:styleId="ListeMaddemi3">
    <w:name w:val="List Bullet 3"/>
    <w:basedOn w:val="Normal"/>
    <w:uiPriority w:val="99"/>
    <w:unhideWhenUsed/>
    <w:rsid w:val="00326F90"/>
    <w:pPr>
      <w:numPr>
        <w:numId w:val="3"/>
      </w:numPr>
      <w:contextualSpacing/>
    </w:pPr>
  </w:style>
  <w:style w:type="paragraph" w:styleId="ListeNumaras">
    <w:name w:val="List Number"/>
    <w:basedOn w:val="Normal"/>
    <w:uiPriority w:val="99"/>
    <w:unhideWhenUsed/>
    <w:rsid w:val="00326F90"/>
    <w:pPr>
      <w:numPr>
        <w:numId w:val="5"/>
      </w:numPr>
      <w:contextualSpacing/>
    </w:pPr>
  </w:style>
  <w:style w:type="paragraph" w:styleId="ListeNumaras2">
    <w:name w:val="List Number 2"/>
    <w:basedOn w:val="Normal"/>
    <w:uiPriority w:val="99"/>
    <w:unhideWhenUsed/>
    <w:rsid w:val="0029639D"/>
    <w:pPr>
      <w:numPr>
        <w:numId w:val="6"/>
      </w:numPr>
      <w:contextualSpacing/>
    </w:pPr>
  </w:style>
  <w:style w:type="paragraph" w:styleId="ListeNumaras3">
    <w:name w:val="List Number 3"/>
    <w:basedOn w:val="Normal"/>
    <w:uiPriority w:val="99"/>
    <w:unhideWhenUsed/>
    <w:rsid w:val="0029639D"/>
    <w:pPr>
      <w:numPr>
        <w:numId w:val="7"/>
      </w:numPr>
      <w:contextualSpacing/>
    </w:pPr>
  </w:style>
  <w:style w:type="paragraph" w:styleId="ListeDevam">
    <w:name w:val="List Continue"/>
    <w:basedOn w:val="Normal"/>
    <w:uiPriority w:val="99"/>
    <w:unhideWhenUsed/>
    <w:rsid w:val="0029639D"/>
    <w:pPr>
      <w:spacing w:after="120"/>
      <w:ind w:left="360"/>
      <w:contextualSpacing/>
    </w:pPr>
  </w:style>
  <w:style w:type="paragraph" w:styleId="ListeDevam2">
    <w:name w:val="List Continue 2"/>
    <w:basedOn w:val="Normal"/>
    <w:uiPriority w:val="99"/>
    <w:unhideWhenUsed/>
    <w:rsid w:val="0029639D"/>
    <w:pPr>
      <w:spacing w:after="120"/>
      <w:ind w:left="720"/>
      <w:contextualSpacing/>
    </w:pPr>
  </w:style>
  <w:style w:type="paragraph" w:styleId="ListeDevam3">
    <w:name w:val="List Continue 3"/>
    <w:basedOn w:val="Normal"/>
    <w:uiPriority w:val="99"/>
    <w:unhideWhenUsed/>
    <w:rsid w:val="0029639D"/>
    <w:pPr>
      <w:spacing w:after="120"/>
      <w:ind w:left="1080"/>
      <w:contextualSpacing/>
    </w:pPr>
  </w:style>
  <w:style w:type="paragraph" w:styleId="MakroMetni">
    <w:name w:val="macro"/>
    <w:link w:val="MakroMetni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kroMetniChar">
    <w:name w:val="Makro Metni Char"/>
    <w:basedOn w:val="VarsaylanParagrafYazTipi"/>
    <w:link w:val="MakroMetni"/>
    <w:uiPriority w:val="99"/>
    <w:rsid w:val="0029639D"/>
    <w:rPr>
      <w:rFonts w:ascii="Courier" w:hAnsi="Courier"/>
      <w:sz w:val="20"/>
      <w:szCs w:val="20"/>
    </w:rPr>
  </w:style>
  <w:style w:type="paragraph" w:styleId="Alnt">
    <w:name w:val="Quote"/>
    <w:basedOn w:val="Normal"/>
    <w:next w:val="Normal"/>
    <w:link w:val="AlntChar"/>
    <w:uiPriority w:val="29"/>
    <w:qFormat/>
    <w:rsid w:val="00FC693F"/>
    <w:rPr>
      <w:i/>
      <w:iCs/>
      <w:color w:val="000000" w:themeColor="text1"/>
    </w:rPr>
  </w:style>
  <w:style w:type="character" w:customStyle="1" w:styleId="AlntChar">
    <w:name w:val="Alıntı Char"/>
    <w:basedOn w:val="VarsaylanParagrafYazTipi"/>
    <w:link w:val="Alnt"/>
    <w:uiPriority w:val="29"/>
    <w:rsid w:val="00FC693F"/>
    <w:rPr>
      <w:i/>
      <w:iCs/>
      <w:color w:val="000000" w:themeColor="text1"/>
    </w:rPr>
  </w:style>
  <w:style w:type="character" w:customStyle="1" w:styleId="Balk4Char">
    <w:name w:val="Başlık 4 Char"/>
    <w:basedOn w:val="VarsaylanParagrafYazTipi"/>
    <w:link w:val="Balk4"/>
    <w:uiPriority w:val="9"/>
    <w:semiHidden/>
    <w:rsid w:val="00FC693F"/>
    <w:rPr>
      <w:rFonts w:asciiTheme="majorHAnsi" w:eastAsiaTheme="majorEastAsia" w:hAnsiTheme="majorHAnsi" w:cstheme="majorBidi"/>
      <w:b/>
      <w:bCs/>
      <w:i/>
      <w:iCs/>
      <w:color w:val="4F81BD" w:themeColor="accent1"/>
    </w:rPr>
  </w:style>
  <w:style w:type="character" w:customStyle="1" w:styleId="Balk5Char">
    <w:name w:val="Başlık 5 Char"/>
    <w:basedOn w:val="VarsaylanParagrafYazTipi"/>
    <w:link w:val="Balk5"/>
    <w:uiPriority w:val="9"/>
    <w:semiHidden/>
    <w:rsid w:val="00FC693F"/>
    <w:rPr>
      <w:rFonts w:asciiTheme="majorHAnsi" w:eastAsiaTheme="majorEastAsia" w:hAnsiTheme="majorHAnsi" w:cstheme="majorBidi"/>
      <w:color w:val="243F60" w:themeColor="accent1" w:themeShade="7F"/>
    </w:rPr>
  </w:style>
  <w:style w:type="character" w:customStyle="1" w:styleId="Balk6Char">
    <w:name w:val="Başlık 6 Char"/>
    <w:basedOn w:val="VarsaylanParagrafYazTipi"/>
    <w:link w:val="Balk6"/>
    <w:uiPriority w:val="9"/>
    <w:semiHidden/>
    <w:rsid w:val="00FC693F"/>
    <w:rPr>
      <w:rFonts w:asciiTheme="majorHAnsi" w:eastAsiaTheme="majorEastAsia" w:hAnsiTheme="majorHAnsi" w:cstheme="majorBidi"/>
      <w:i/>
      <w:iCs/>
      <w:color w:val="243F60" w:themeColor="accent1" w:themeShade="7F"/>
    </w:rPr>
  </w:style>
  <w:style w:type="character" w:customStyle="1" w:styleId="Balk7Char">
    <w:name w:val="Başlık 7 Char"/>
    <w:basedOn w:val="VarsaylanParagrafYazTipi"/>
    <w:link w:val="Balk7"/>
    <w:uiPriority w:val="9"/>
    <w:semiHidden/>
    <w:rsid w:val="00FC693F"/>
    <w:rPr>
      <w:rFonts w:asciiTheme="majorHAnsi" w:eastAsiaTheme="majorEastAsia" w:hAnsiTheme="majorHAnsi" w:cstheme="majorBidi"/>
      <w:i/>
      <w:iCs/>
      <w:color w:val="404040" w:themeColor="text1" w:themeTint="BF"/>
    </w:rPr>
  </w:style>
  <w:style w:type="character" w:customStyle="1" w:styleId="Balk8Char">
    <w:name w:val="Başlık 8 Char"/>
    <w:basedOn w:val="VarsaylanParagrafYazTipi"/>
    <w:link w:val="Balk8"/>
    <w:uiPriority w:val="9"/>
    <w:semiHidden/>
    <w:rsid w:val="00FC693F"/>
    <w:rPr>
      <w:rFonts w:asciiTheme="majorHAnsi" w:eastAsiaTheme="majorEastAsia" w:hAnsiTheme="majorHAnsi" w:cstheme="majorBidi"/>
      <w:color w:val="4F81BD" w:themeColor="accent1"/>
      <w:sz w:val="20"/>
      <w:szCs w:val="20"/>
    </w:rPr>
  </w:style>
  <w:style w:type="character" w:customStyle="1" w:styleId="Balk9Char">
    <w:name w:val="Başlık 9 Char"/>
    <w:basedOn w:val="VarsaylanParagrafYazTipi"/>
    <w:link w:val="Balk9"/>
    <w:uiPriority w:val="9"/>
    <w:semiHidden/>
    <w:rsid w:val="00FC693F"/>
    <w:rPr>
      <w:rFonts w:asciiTheme="majorHAnsi" w:eastAsiaTheme="majorEastAsia" w:hAnsiTheme="majorHAnsi" w:cstheme="majorBidi"/>
      <w:i/>
      <w:iCs/>
      <w:color w:val="404040" w:themeColor="text1" w:themeTint="BF"/>
      <w:sz w:val="20"/>
      <w:szCs w:val="20"/>
    </w:rPr>
  </w:style>
  <w:style w:type="paragraph" w:styleId="ResimYazs">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Gl">
    <w:name w:val="Strong"/>
    <w:basedOn w:val="VarsaylanParagrafYazTipi"/>
    <w:uiPriority w:val="22"/>
    <w:qFormat/>
    <w:rsid w:val="00FC693F"/>
    <w:rPr>
      <w:b/>
      <w:bCs/>
    </w:rPr>
  </w:style>
  <w:style w:type="character" w:styleId="Vurgu">
    <w:name w:val="Emphasis"/>
    <w:basedOn w:val="VarsaylanParagrafYazTipi"/>
    <w:uiPriority w:val="20"/>
    <w:qFormat/>
    <w:rsid w:val="00FC693F"/>
    <w:rPr>
      <w:i/>
      <w:iCs/>
    </w:rPr>
  </w:style>
  <w:style w:type="paragraph" w:styleId="GlAlnt">
    <w:name w:val="Intense Quote"/>
    <w:basedOn w:val="Normal"/>
    <w:next w:val="Normal"/>
    <w:link w:val="GlAlnt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GlAlntChar">
    <w:name w:val="Güçlü Alıntı Char"/>
    <w:basedOn w:val="VarsaylanParagrafYazTipi"/>
    <w:link w:val="GlAlnt"/>
    <w:uiPriority w:val="30"/>
    <w:rsid w:val="00FC693F"/>
    <w:rPr>
      <w:b/>
      <w:bCs/>
      <w:i/>
      <w:iCs/>
      <w:color w:val="4F81BD" w:themeColor="accent1"/>
    </w:rPr>
  </w:style>
  <w:style w:type="character" w:styleId="HafifVurgulama">
    <w:name w:val="Subtle Emphasis"/>
    <w:basedOn w:val="VarsaylanParagrafYazTipi"/>
    <w:uiPriority w:val="19"/>
    <w:qFormat/>
    <w:rsid w:val="00FC693F"/>
    <w:rPr>
      <w:i/>
      <w:iCs/>
      <w:color w:val="808080" w:themeColor="text1" w:themeTint="7F"/>
    </w:rPr>
  </w:style>
  <w:style w:type="character" w:styleId="GlVurgulama">
    <w:name w:val="Intense Emphasis"/>
    <w:basedOn w:val="VarsaylanParagrafYazTipi"/>
    <w:uiPriority w:val="21"/>
    <w:qFormat/>
    <w:rsid w:val="00FC693F"/>
    <w:rPr>
      <w:b/>
      <w:bCs/>
      <w:i/>
      <w:iCs/>
      <w:color w:val="4F81BD" w:themeColor="accent1"/>
    </w:rPr>
  </w:style>
  <w:style w:type="character" w:styleId="HafifBavuru">
    <w:name w:val="Subtle Reference"/>
    <w:basedOn w:val="VarsaylanParagrafYazTipi"/>
    <w:uiPriority w:val="31"/>
    <w:qFormat/>
    <w:rsid w:val="00FC693F"/>
    <w:rPr>
      <w:smallCaps/>
      <w:color w:val="C0504D" w:themeColor="accent2"/>
      <w:u w:val="single"/>
    </w:rPr>
  </w:style>
  <w:style w:type="character" w:styleId="GlBavuru">
    <w:name w:val="Intense Reference"/>
    <w:basedOn w:val="VarsaylanParagrafYazTipi"/>
    <w:uiPriority w:val="32"/>
    <w:qFormat/>
    <w:rsid w:val="00FC693F"/>
    <w:rPr>
      <w:b/>
      <w:bCs/>
      <w:smallCaps/>
      <w:color w:val="C0504D" w:themeColor="accent2"/>
      <w:spacing w:val="5"/>
      <w:u w:val="single"/>
    </w:rPr>
  </w:style>
  <w:style w:type="character" w:styleId="KitapBal">
    <w:name w:val="Book Title"/>
    <w:basedOn w:val="VarsaylanParagrafYazTipi"/>
    <w:uiPriority w:val="33"/>
    <w:qFormat/>
    <w:rsid w:val="00FC693F"/>
    <w:rPr>
      <w:b/>
      <w:bCs/>
      <w:smallCaps/>
      <w:spacing w:val="5"/>
    </w:rPr>
  </w:style>
  <w:style w:type="paragraph" w:styleId="TBal">
    <w:name w:val="TOC Heading"/>
    <w:basedOn w:val="Balk1"/>
    <w:next w:val="Normal"/>
    <w:uiPriority w:val="39"/>
    <w:semiHidden/>
    <w:unhideWhenUsed/>
    <w:qFormat/>
    <w:rsid w:val="00FC693F"/>
    <w:pPr>
      <w:outlineLvl w:val="9"/>
    </w:pPr>
  </w:style>
  <w:style w:type="table" w:styleId="TabloKlavuzu">
    <w:name w:val="Table Grid"/>
    <w:basedOn w:val="NormalTablo"/>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kGlgeleme">
    <w:name w:val="Light Shading"/>
    <w:basedOn w:val="NormalTablo"/>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AkGlgeleme-Vurgu1">
    <w:name w:val="Light Shading Accent 1"/>
    <w:basedOn w:val="NormalTablo"/>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AkGlgeleme-Vurgu2">
    <w:name w:val="Light Shading Accent 2"/>
    <w:basedOn w:val="NormalTablo"/>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AkGlgeleme-Vurgu3">
    <w:name w:val="Light Shading Accent 3"/>
    <w:basedOn w:val="NormalTablo"/>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AkGlgeleme-Vurgu4">
    <w:name w:val="Light Shading Accent 4"/>
    <w:basedOn w:val="NormalTablo"/>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AkGlgeleme-Vurgu5">
    <w:name w:val="Light Shading Accent 5"/>
    <w:basedOn w:val="NormalTablo"/>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AkGlgeleme-Vurgu6">
    <w:name w:val="Light Shading Accent 6"/>
    <w:basedOn w:val="NormalTablo"/>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AkListe">
    <w:name w:val="Light List"/>
    <w:basedOn w:val="NormalTablo"/>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AkListe-Vurgu1">
    <w:name w:val="Light List Accent 1"/>
    <w:basedOn w:val="NormalTablo"/>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AkListe-Vurgu2">
    <w:name w:val="Light List Accent 2"/>
    <w:basedOn w:val="NormalTablo"/>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AkListe-Vurgu3">
    <w:name w:val="Light List Accent 3"/>
    <w:basedOn w:val="NormalTablo"/>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AkListe-Vurgu4">
    <w:name w:val="Light List Accent 4"/>
    <w:basedOn w:val="NormalTablo"/>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AkListe-Vurgu5">
    <w:name w:val="Light List Accent 5"/>
    <w:basedOn w:val="NormalTablo"/>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AkListe-Vurgu6">
    <w:name w:val="Light List Accent 6"/>
    <w:basedOn w:val="NormalTablo"/>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AkKlavuz">
    <w:name w:val="Light Grid"/>
    <w:basedOn w:val="NormalTablo"/>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AkKlavuz-Vurgu1">
    <w:name w:val="Light Grid Accent 1"/>
    <w:basedOn w:val="NormalTablo"/>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AkKlavuz-Vurgu2">
    <w:name w:val="Light Grid Accent 2"/>
    <w:basedOn w:val="NormalTablo"/>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AkKlavuz-Vurgu3">
    <w:name w:val="Light Grid Accent 3"/>
    <w:basedOn w:val="NormalTablo"/>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AkKlavuz-Vurgu4">
    <w:name w:val="Light Grid Accent 4"/>
    <w:basedOn w:val="NormalTablo"/>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AkKlavuz-Vurgu5">
    <w:name w:val="Light Grid Accent 5"/>
    <w:basedOn w:val="NormalTablo"/>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AkKlavuz-Vurgu6">
    <w:name w:val="Light Grid Accent 6"/>
    <w:basedOn w:val="NormalTablo"/>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OrtaGlgeleme1">
    <w:name w:val="Medium Shading 1"/>
    <w:basedOn w:val="NormalTablo"/>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OrtaGlgeleme1-Vurgu1">
    <w:name w:val="Medium Shading 1 Accent 1"/>
    <w:basedOn w:val="NormalTablo"/>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OrtaGlgeleme1-Vurgu2">
    <w:name w:val="Medium Shading 1 Accent 2"/>
    <w:basedOn w:val="NormalTablo"/>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OrtaGlgeleme1-Vurgu3">
    <w:name w:val="Medium Shading 1 Accent 3"/>
    <w:basedOn w:val="NormalTablo"/>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OrtaGlgeleme1-Vurgu4">
    <w:name w:val="Medium Shading 1 Accent 4"/>
    <w:basedOn w:val="NormalTablo"/>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OrtaGlgeleme1-Vurgu5">
    <w:name w:val="Medium Shading 1 Accent 5"/>
    <w:basedOn w:val="NormalTablo"/>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OrtaGlgeleme1-Vurgu6">
    <w:name w:val="Medium Shading 1 Accent 6"/>
    <w:basedOn w:val="NormalTablo"/>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OrtaGlgeleme2">
    <w:name w:val="Medium Shading 2"/>
    <w:basedOn w:val="NormalTablo"/>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OrtaGlgeleme2-Vurgu1">
    <w:name w:val="Medium Shading 2 Accent 1"/>
    <w:basedOn w:val="NormalTablo"/>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OrtaGlgeleme2-Vurgu2">
    <w:name w:val="Medium Shading 2 Accent 2"/>
    <w:basedOn w:val="NormalTablo"/>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OrtaGlgeleme2-Vurgu3">
    <w:name w:val="Medium Shading 2 Accent 3"/>
    <w:basedOn w:val="NormalTablo"/>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OrtaGlgeleme2-Vurgu4">
    <w:name w:val="Medium Shading 2 Accent 4"/>
    <w:basedOn w:val="NormalTablo"/>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OrtaGlgeleme2-Vurgu5">
    <w:name w:val="Medium Shading 2 Accent 5"/>
    <w:basedOn w:val="NormalTablo"/>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OrtaGlgeleme2-Vurgu6">
    <w:name w:val="Medium Shading 2 Accent 6"/>
    <w:basedOn w:val="NormalTablo"/>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OrtaListe1">
    <w:name w:val="Medium List 1"/>
    <w:basedOn w:val="NormalTablo"/>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OrtaListe1-Vurgu1">
    <w:name w:val="Medium List 1 Accent 1"/>
    <w:basedOn w:val="NormalTablo"/>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OrtaListe1-Vurgu2">
    <w:name w:val="Medium List 1 Accent 2"/>
    <w:basedOn w:val="NormalTablo"/>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OrtaListe1-Vurgu3">
    <w:name w:val="Medium List 1 Accent 3"/>
    <w:basedOn w:val="NormalTablo"/>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OrtaListe1-Vurgu4">
    <w:name w:val="Medium List 1 Accent 4"/>
    <w:basedOn w:val="NormalTablo"/>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OrtaListe1-Vurgu5">
    <w:name w:val="Medium List 1 Accent 5"/>
    <w:basedOn w:val="NormalTablo"/>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OrtaListe1-Vurgu6">
    <w:name w:val="Medium List 1 Accent 6"/>
    <w:basedOn w:val="NormalTablo"/>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OrtaListe2">
    <w:name w:val="Medium List 2"/>
    <w:basedOn w:val="NormalTablo"/>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OrtaList2-Vurgu1">
    <w:name w:val="Medium List 2 Accent 1"/>
    <w:basedOn w:val="NormalTablo"/>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OrtaListe2-Vurgu2">
    <w:name w:val="Medium List 2 Accent 2"/>
    <w:basedOn w:val="NormalTablo"/>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OrtaListe2-Vurgu3">
    <w:name w:val="Medium List 2 Accent 3"/>
    <w:basedOn w:val="NormalTablo"/>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OrtaListe2-Vurgu4">
    <w:name w:val="Medium List 2 Accent 4"/>
    <w:basedOn w:val="NormalTablo"/>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OrtaListe2-Vurgu5">
    <w:name w:val="Medium List 2 Accent 5"/>
    <w:basedOn w:val="NormalTablo"/>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OrtaListe2-Vurgu6">
    <w:name w:val="Medium List 2 Accent 6"/>
    <w:basedOn w:val="NormalTablo"/>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OrtaKlavuz1">
    <w:name w:val="Medium Grid 1"/>
    <w:basedOn w:val="NormalTablo"/>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OrtaKlavuz1-Vurgu1">
    <w:name w:val="Medium Grid 1 Accent 1"/>
    <w:basedOn w:val="NormalTablo"/>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OrtaKlavuz1-Vurgu2">
    <w:name w:val="Medium Grid 1 Accent 2"/>
    <w:basedOn w:val="NormalTablo"/>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OrtaKlavuz1-Vurgu3">
    <w:name w:val="Medium Grid 1 Accent 3"/>
    <w:basedOn w:val="NormalTablo"/>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OrtaKlavuz1-Vurgu4">
    <w:name w:val="Medium Grid 1 Accent 4"/>
    <w:basedOn w:val="NormalTablo"/>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OrtaKlavuz1-Vurgu5">
    <w:name w:val="Medium Grid 1 Accent 5"/>
    <w:basedOn w:val="NormalTablo"/>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OrtaKlavuz1-Vurgu6">
    <w:name w:val="Medium Grid 1 Accent 6"/>
    <w:basedOn w:val="NormalTablo"/>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OrtaKlavuz2">
    <w:name w:val="Medium Grid 2"/>
    <w:basedOn w:val="NormalTablo"/>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OrtaKlavuz2-Vurgu1">
    <w:name w:val="Medium Grid 2 Accent 1"/>
    <w:basedOn w:val="NormalTablo"/>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OrtaKlavuz2-Vurgu2">
    <w:name w:val="Medium Grid 2 Accent 2"/>
    <w:basedOn w:val="NormalTablo"/>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OrtaKlavuz2-Vurgu3">
    <w:name w:val="Medium Grid 2 Accent 3"/>
    <w:basedOn w:val="NormalTablo"/>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OrtaKlavuz2-Vurgu4">
    <w:name w:val="Medium Grid 2 Accent 4"/>
    <w:basedOn w:val="NormalTablo"/>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OrtaKlavuz2-Vurgu5">
    <w:name w:val="Medium Grid 2 Accent 5"/>
    <w:basedOn w:val="NormalTablo"/>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OrtaKlavuz2-Vurgu6">
    <w:name w:val="Medium Grid 2 Accent 6"/>
    <w:basedOn w:val="NormalTablo"/>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OrtaKlavuz3">
    <w:name w:val="Medium Grid 3"/>
    <w:basedOn w:val="NormalTablo"/>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OrtaKlavuz3-Vurgu1">
    <w:name w:val="Medium Grid 3 Accent 1"/>
    <w:basedOn w:val="NormalTablo"/>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OrtaKlavuz3-Vurgu2">
    <w:name w:val="Medium Grid 3 Accent 2"/>
    <w:basedOn w:val="NormalTablo"/>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OrtaKlavuz3-Vurgu3">
    <w:name w:val="Medium Grid 3 Accent 3"/>
    <w:basedOn w:val="NormalTablo"/>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OrtaKlavuz3-Vurgu4">
    <w:name w:val="Medium Grid 3 Accent 4"/>
    <w:basedOn w:val="NormalTablo"/>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OrtaKlavuz3-Vurgu5">
    <w:name w:val="Medium Grid 3 Accent 5"/>
    <w:basedOn w:val="NormalTablo"/>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OrtaKlavuz3-Vurgu6">
    <w:name w:val="Medium Grid 3 Accent 6"/>
    <w:basedOn w:val="NormalTablo"/>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KoyuListe">
    <w:name w:val="Dark List"/>
    <w:basedOn w:val="NormalTablo"/>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KoyuListe-Vurgu1">
    <w:name w:val="Dark List Accent 1"/>
    <w:basedOn w:val="NormalTablo"/>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KoyuListe-Vurgu2">
    <w:name w:val="Dark List Accent 2"/>
    <w:basedOn w:val="NormalTablo"/>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KoyuListe-Vurgu3">
    <w:name w:val="Dark List Accent 3"/>
    <w:basedOn w:val="NormalTablo"/>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KoyuListe-Vurgu4">
    <w:name w:val="Dark List Accent 4"/>
    <w:basedOn w:val="NormalTablo"/>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KoyuListe-Vurgu5">
    <w:name w:val="Dark List Accent 5"/>
    <w:basedOn w:val="NormalTablo"/>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KoyuListe-Vurgu6">
    <w:name w:val="Dark List Accent 6"/>
    <w:basedOn w:val="NormalTablo"/>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RenkliGlgeleme">
    <w:name w:val="Colorful Shading"/>
    <w:basedOn w:val="NormalTablo"/>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RenkliGlgeleme-Vurgu1">
    <w:name w:val="Colorful Shading Accent 1"/>
    <w:basedOn w:val="NormalTablo"/>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RenkliGlgeleme-Vurgu2">
    <w:name w:val="Colorful Shading Accent 2"/>
    <w:basedOn w:val="NormalTablo"/>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RenkliGlgeleme-Vurgu3">
    <w:name w:val="Colorful Shading Accent 3"/>
    <w:basedOn w:val="NormalTablo"/>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RenkliGlgeleme-Vurgu4">
    <w:name w:val="Colorful Shading Accent 4"/>
    <w:basedOn w:val="NormalTablo"/>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RenkliGlgeleme-Vurgu5">
    <w:name w:val="Colorful Shading Accent 5"/>
    <w:basedOn w:val="NormalTablo"/>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RenkliGlgeleme-Vurgu6">
    <w:name w:val="Colorful Shading Accent 6"/>
    <w:basedOn w:val="NormalTablo"/>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RenkliListe">
    <w:name w:val="Colorful List"/>
    <w:basedOn w:val="NormalTablo"/>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RenkliListe-Vurgu1">
    <w:name w:val="Colorful List Accent 1"/>
    <w:basedOn w:val="NormalTablo"/>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RenkliListe-Vurgu2">
    <w:name w:val="Colorful List Accent 2"/>
    <w:basedOn w:val="NormalTablo"/>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RenkliListe-Vurgu3">
    <w:name w:val="Colorful List Accent 3"/>
    <w:basedOn w:val="NormalTablo"/>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RenkliListe-Vurgu4">
    <w:name w:val="Colorful List Accent 4"/>
    <w:basedOn w:val="NormalTablo"/>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RenkliListe-Vurgu5">
    <w:name w:val="Colorful List Accent 5"/>
    <w:basedOn w:val="NormalTablo"/>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RenkliListe-Vurgu6">
    <w:name w:val="Colorful List Accent 6"/>
    <w:basedOn w:val="NormalTablo"/>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RenkliKlavuz">
    <w:name w:val="Colorful Grid"/>
    <w:basedOn w:val="NormalTablo"/>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RenkliKlavuz-Vurgu1">
    <w:name w:val="Colorful Grid Accent 1"/>
    <w:basedOn w:val="NormalTablo"/>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RenkliKlavuz-Vurgu2">
    <w:name w:val="Colorful Grid Accent 2"/>
    <w:basedOn w:val="NormalTablo"/>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RenkliKlavuz-Vurgu3">
    <w:name w:val="Colorful Grid Accent 3"/>
    <w:basedOn w:val="NormalTablo"/>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RenkliKlavuz-Vurgu4">
    <w:name w:val="Colorful Grid Accent 4"/>
    <w:basedOn w:val="NormalTablo"/>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RenkliKlavuz-Vurgu5">
    <w:name w:val="Colorful Grid Accent 5"/>
    <w:basedOn w:val="NormalTablo"/>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RenkliKlavuz-Vurgu6">
    <w:name w:val="Colorful Grid Accent 6"/>
    <w:basedOn w:val="NormalTablo"/>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7.png"/><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image" Target="media/image6.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image" Target="cid:ii_mecxrstu0" TargetMode="External"/><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TotalTime>
  <Pages>3</Pages>
  <Words>366</Words>
  <Characters>2090</Characters>
  <Application>Microsoft Office Word</Application>
  <DocSecurity>0</DocSecurity>
  <Lines>17</Lines>
  <Paragraphs>4</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Manager/>
  <Company/>
  <LinksUpToDate>false</LinksUpToDate>
  <CharactersWithSpaces>2452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NUR YALCINDAG</cp:lastModifiedBy>
  <cp:revision>12</cp:revision>
  <dcterms:created xsi:type="dcterms:W3CDTF">2013-12-23T23:15:00Z</dcterms:created>
  <dcterms:modified xsi:type="dcterms:W3CDTF">2026-04-16T16:25:00Z</dcterms:modified>
  <cp:category/>
</cp:coreProperties>
</file>